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CEB31" w14:textId="39BE9DC6" w:rsidR="00D81C6A" w:rsidRDefault="00000000">
      <w:pPr>
        <w:spacing w:after="120"/>
        <w:jc w:val="center"/>
        <w:rPr>
          <w:b/>
          <w:sz w:val="28"/>
        </w:rPr>
      </w:pPr>
      <w:proofErr w:type="spellStart"/>
      <w:r>
        <w:rPr>
          <w:b/>
          <w:sz w:val="28"/>
        </w:rPr>
        <w:t>Sidevahendi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abil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sõlmitud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lepingust</w:t>
      </w:r>
      <w:proofErr w:type="spellEnd"/>
      <w:r>
        <w:rPr>
          <w:b/>
          <w:sz w:val="28"/>
        </w:rPr>
        <w:t xml:space="preserve"> ja </w:t>
      </w:r>
      <w:proofErr w:type="spellStart"/>
      <w:r>
        <w:rPr>
          <w:b/>
          <w:sz w:val="28"/>
        </w:rPr>
        <w:t>väljaspool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äriruume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sõlmitud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lepingust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taganemise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avalduse</w:t>
      </w:r>
      <w:proofErr w:type="spellEnd"/>
      <w:r>
        <w:rPr>
          <w:b/>
          <w:sz w:val="28"/>
        </w:rPr>
        <w:t xml:space="preserve"> </w:t>
      </w:r>
      <w:proofErr w:type="spellStart"/>
      <w:r w:rsidR="000C443F">
        <w:rPr>
          <w:b/>
          <w:sz w:val="28"/>
        </w:rPr>
        <w:t>vorm</w:t>
      </w:r>
      <w:proofErr w:type="spellEnd"/>
    </w:p>
    <w:p w14:paraId="3E179822" w14:textId="6814C1E0" w:rsidR="00D81C6A" w:rsidRDefault="00D81C6A">
      <w:pPr>
        <w:spacing w:after="240"/>
        <w:jc w:val="center"/>
        <w:rPr>
          <w:i/>
          <w:sz w:val="20"/>
        </w:rPr>
      </w:pPr>
    </w:p>
    <w:p w14:paraId="6DB29D11" w14:textId="77777777" w:rsidR="000C443F" w:rsidRDefault="000C443F">
      <w:pPr>
        <w:spacing w:after="24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6"/>
      </w:tblGrid>
      <w:tr w:rsidR="00D81C6A" w14:paraId="269E8315" w14:textId="77777777">
        <w:trPr>
          <w:jc w:val="center"/>
        </w:trPr>
        <w:tc>
          <w:tcPr>
            <w:tcW w:w="1003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A342852" w14:textId="77777777" w:rsidR="00D81C6A" w:rsidRDefault="00000000">
            <w:pPr>
              <w:spacing w:after="40"/>
            </w:pPr>
            <w:r>
              <w:rPr>
                <w:b/>
              </w:rPr>
              <w:t xml:space="preserve">Kellele: </w:t>
            </w:r>
            <w:r>
              <w:t>OÜ JÄRSI, registrikood 10365501, Mureli 3, 10617 Tallinn, Eesti, e-post kontakt@jarsi.ee</w:t>
            </w:r>
          </w:p>
          <w:p w14:paraId="2DFB8EB5" w14:textId="77777777" w:rsidR="00D81C6A" w:rsidRDefault="00000000">
            <w:pPr>
              <w:spacing w:after="0"/>
            </w:pPr>
            <w:r>
              <w:rPr>
                <w:i/>
                <w:sz w:val="18"/>
              </w:rPr>
              <w:t>Tagastada e-posti aadressile kontakt@jarsi.ee või posti teel ülaltoodud aadressile.</w:t>
            </w:r>
          </w:p>
        </w:tc>
      </w:tr>
    </w:tbl>
    <w:p w14:paraId="2A17817D" w14:textId="77777777" w:rsidR="00D81C6A" w:rsidRDefault="00D81C6A"/>
    <w:p w14:paraId="62CF6F7A" w14:textId="77777777" w:rsidR="00D81C6A" w:rsidRDefault="00000000">
      <w:pPr>
        <w:spacing w:after="140"/>
      </w:pPr>
      <w:r>
        <w:t>Käesolevaga taganen/taganeme (*) lepingust, mille esemeks on järgmine asi (*) / järgmine teenus (*):</w:t>
      </w:r>
    </w:p>
    <w:tbl>
      <w:tblPr>
        <w:tblStyle w:val="Kontuur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D81C6A" w14:paraId="0634DF5A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F477B5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Toode/teenus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A1332C" w14:textId="77777777" w:rsidR="00D81C6A" w:rsidRDefault="00000000">
            <w:pPr>
              <w:spacing w:after="0"/>
            </w:pPr>
            <w:r>
              <w:t>______________________________________</w:t>
            </w:r>
            <w:r>
              <w:br/>
              <w:t>______________________________________</w:t>
            </w:r>
          </w:p>
        </w:tc>
      </w:tr>
      <w:tr w:rsidR="00D81C6A" w14:paraId="70296AC7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69344C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Tellimuse number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080EB8" w14:textId="77777777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433D7048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F24E7F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Tellimuse esitamise kuupäev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BA683C" w14:textId="77777777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5E0BB1A2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9539F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Kauba kättesaamise kuupäev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D9CFF5" w14:textId="77777777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4700AD8D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AA8692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Tarbija nimi / tarbijate nimed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F9460A" w14:textId="77777777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25455E0E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0EC260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Tarbija aadress / tarbijate aadressid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437DFE" w14:textId="77777777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5DF288F2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360BF6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E-posti aadress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75C425" w14:textId="77777777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1B062DCE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7C8D06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Telefon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3AE23E" w14:textId="77777777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27CADE9B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180409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Pangakonto number tagasimakseks (IBAN)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5FC30E" w14:textId="51D2ABAF" w:rsidR="00D81C6A" w:rsidRDefault="00000000">
            <w:pPr>
              <w:spacing w:after="0"/>
            </w:pPr>
            <w:r>
              <w:t>______________________________________</w:t>
            </w:r>
          </w:p>
        </w:tc>
      </w:tr>
      <w:tr w:rsidR="00D81C6A" w14:paraId="2381CD32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CAB714" w14:textId="77777777" w:rsidR="00D81C6A" w:rsidRDefault="00000000">
            <w:pPr>
              <w:spacing w:after="0"/>
            </w:pPr>
            <w:r>
              <w:rPr>
                <w:b/>
                <w:sz w:val="19"/>
              </w:rPr>
              <w:t>Soovi korral lisainfo tagastuse kohta</w:t>
            </w:r>
          </w:p>
        </w:tc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DE3AC7" w14:textId="77777777" w:rsidR="00D81C6A" w:rsidRDefault="00000000">
            <w:pPr>
              <w:spacing w:after="0"/>
            </w:pPr>
            <w:r>
              <w:t>______________________________________</w:t>
            </w:r>
            <w:r>
              <w:br/>
              <w:t>______________________________________</w:t>
            </w:r>
          </w:p>
        </w:tc>
      </w:tr>
    </w:tbl>
    <w:p w14:paraId="45A9B607" w14:textId="77777777" w:rsidR="00D81C6A" w:rsidRDefault="00000000">
      <w:pPr>
        <w:spacing w:before="160"/>
      </w:pPr>
      <w:r>
        <w:rPr>
          <w:b/>
          <w:sz w:val="20"/>
        </w:rPr>
        <w:t xml:space="preserve">Tarbija allkiri / tarbijate allkirjad </w:t>
      </w:r>
      <w:r>
        <w:rPr>
          <w:i/>
          <w:sz w:val="19"/>
        </w:rPr>
        <w:t>(ainult juhul, kui vorm esitatakse paberil)</w:t>
      </w:r>
    </w:p>
    <w:tbl>
      <w:tblPr>
        <w:tblStyle w:val="Kontuurtabe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D81C6A" w14:paraId="0A494FA1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91398" w14:textId="77777777" w:rsidR="00D81C6A" w:rsidRDefault="00000000">
            <w:r>
              <w:rPr>
                <w:b/>
                <w:sz w:val="20"/>
              </w:rPr>
              <w:t>Allkiri</w:t>
            </w:r>
          </w:p>
        </w:tc>
        <w:tc>
          <w:tcPr>
            <w:tcW w:w="69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17B05" w14:textId="77777777" w:rsidR="00D81C6A" w:rsidRDefault="00000000">
            <w:r>
              <w:t>______________________________________</w:t>
            </w:r>
          </w:p>
        </w:tc>
      </w:tr>
      <w:tr w:rsidR="00D81C6A" w14:paraId="3F9009BD" w14:textId="77777777">
        <w:trPr>
          <w:jc w:val="center"/>
        </w:trPr>
        <w:tc>
          <w:tcPr>
            <w:tcW w:w="2948" w:type="dxa"/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07AAD" w14:textId="77777777" w:rsidR="00D81C6A" w:rsidRDefault="00000000">
            <w:r>
              <w:rPr>
                <w:b/>
                <w:sz w:val="20"/>
              </w:rPr>
              <w:t>Kuupäev</w:t>
            </w:r>
          </w:p>
        </w:tc>
        <w:tc>
          <w:tcPr>
            <w:tcW w:w="69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F189D" w14:textId="77777777" w:rsidR="00D81C6A" w:rsidRDefault="00000000">
            <w:r>
              <w:t>______________________________________</w:t>
            </w:r>
          </w:p>
        </w:tc>
      </w:tr>
    </w:tbl>
    <w:p w14:paraId="7B044338" w14:textId="77777777" w:rsidR="000C443F" w:rsidRDefault="000C443F">
      <w:pPr>
        <w:spacing w:after="40"/>
        <w:rPr>
          <w:i/>
          <w:sz w:val="19"/>
        </w:rPr>
      </w:pPr>
    </w:p>
    <w:p w14:paraId="58FEAB0D" w14:textId="77777777" w:rsidR="000C443F" w:rsidRDefault="000C443F">
      <w:pPr>
        <w:spacing w:after="40"/>
        <w:rPr>
          <w:i/>
          <w:sz w:val="19"/>
        </w:rPr>
      </w:pPr>
    </w:p>
    <w:p w14:paraId="0BE5E6D7" w14:textId="60B78207" w:rsidR="00D81C6A" w:rsidRDefault="00000000">
      <w:pPr>
        <w:spacing w:after="40"/>
      </w:pPr>
      <w:proofErr w:type="spellStart"/>
      <w:r>
        <w:rPr>
          <w:b/>
          <w:sz w:val="19"/>
        </w:rPr>
        <w:t>Märkus</w:t>
      </w:r>
      <w:proofErr w:type="spellEnd"/>
      <w:r>
        <w:rPr>
          <w:b/>
          <w:sz w:val="19"/>
        </w:rPr>
        <w:t xml:space="preserve">: </w:t>
      </w:r>
      <w:proofErr w:type="spellStart"/>
      <w:r>
        <w:rPr>
          <w:sz w:val="19"/>
        </w:rPr>
        <w:t>vormi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kasutamine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ei</w:t>
      </w:r>
      <w:proofErr w:type="spellEnd"/>
      <w:r>
        <w:rPr>
          <w:sz w:val="19"/>
        </w:rPr>
        <w:t xml:space="preserve"> ole kohustuslik; tarbija võib esitada taganemisavalduse ka vabas vormis, kui avaldusest nähtub selgelt soov lepingust taganeda.</w:t>
      </w:r>
    </w:p>
    <w:p w14:paraId="0DD56F05" w14:textId="77777777" w:rsidR="00D81C6A" w:rsidRDefault="00000000">
      <w:pPr>
        <w:spacing w:after="0"/>
        <w:rPr>
          <w:sz w:val="19"/>
        </w:rPr>
      </w:pPr>
      <w:r>
        <w:rPr>
          <w:b/>
          <w:sz w:val="19"/>
        </w:rPr>
        <w:t xml:space="preserve">Tähelepanu: </w:t>
      </w:r>
      <w:r>
        <w:rPr>
          <w:sz w:val="19"/>
        </w:rPr>
        <w:t xml:space="preserve">taganemisõigus ei kohaldu seaduses sätestatud erandite korral, </w:t>
      </w:r>
      <w:proofErr w:type="spellStart"/>
      <w:r>
        <w:rPr>
          <w:sz w:val="19"/>
        </w:rPr>
        <w:t>sh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tarbija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esitatud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tingimuste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kohaselt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valmistatud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eritellimustoodetele</w:t>
      </w:r>
      <w:proofErr w:type="spellEnd"/>
      <w:r>
        <w:rPr>
          <w:sz w:val="19"/>
        </w:rPr>
        <w:t>.</w:t>
      </w:r>
    </w:p>
    <w:p w14:paraId="416DC6D9" w14:textId="77777777" w:rsidR="000C443F" w:rsidRPr="000C443F" w:rsidRDefault="000C443F" w:rsidP="000C443F"/>
    <w:p w14:paraId="580BB5A7" w14:textId="77777777" w:rsidR="000C443F" w:rsidRPr="000C443F" w:rsidRDefault="000C443F" w:rsidP="000C443F"/>
    <w:p w14:paraId="66DDF671" w14:textId="77777777" w:rsidR="000C443F" w:rsidRPr="000C443F" w:rsidRDefault="000C443F" w:rsidP="000C443F"/>
    <w:p w14:paraId="0FED8F79" w14:textId="77777777" w:rsidR="000C443F" w:rsidRPr="000C443F" w:rsidRDefault="000C443F" w:rsidP="000C443F"/>
    <w:p w14:paraId="2120784E" w14:textId="77777777" w:rsidR="000C443F" w:rsidRPr="000C443F" w:rsidRDefault="000C443F" w:rsidP="000C443F"/>
    <w:p w14:paraId="16C455BC" w14:textId="77777777" w:rsidR="000C443F" w:rsidRPr="000C443F" w:rsidRDefault="000C443F" w:rsidP="000C443F"/>
    <w:p w14:paraId="49BA29F2" w14:textId="77777777" w:rsidR="000C443F" w:rsidRPr="000C443F" w:rsidRDefault="000C443F" w:rsidP="000C443F"/>
    <w:p w14:paraId="2ECA4E4A" w14:textId="77777777" w:rsidR="000C443F" w:rsidRPr="000C443F" w:rsidRDefault="000C443F" w:rsidP="000C443F"/>
    <w:p w14:paraId="49108E17" w14:textId="77777777" w:rsidR="000C443F" w:rsidRDefault="000C443F" w:rsidP="000C443F">
      <w:pPr>
        <w:rPr>
          <w:sz w:val="19"/>
        </w:rPr>
      </w:pPr>
    </w:p>
    <w:p w14:paraId="61D8C3F5" w14:textId="53E28237" w:rsidR="000C443F" w:rsidRPr="000C443F" w:rsidRDefault="000C443F" w:rsidP="000C443F">
      <w:pPr>
        <w:tabs>
          <w:tab w:val="left" w:pos="5513"/>
        </w:tabs>
      </w:pPr>
      <w:r>
        <w:tab/>
      </w:r>
    </w:p>
    <w:sectPr w:rsidR="000C443F" w:rsidRPr="000C443F" w:rsidSect="00034616">
      <w:footerReference w:type="default" r:id="rId8"/>
      <w:pgSz w:w="11906" w:h="16838"/>
      <w:pgMar w:top="822" w:right="935" w:bottom="765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4CCBB" w14:textId="77777777" w:rsidR="00CA4990" w:rsidRDefault="00CA4990">
      <w:pPr>
        <w:spacing w:after="0" w:line="240" w:lineRule="auto"/>
      </w:pPr>
      <w:r>
        <w:separator/>
      </w:r>
    </w:p>
  </w:endnote>
  <w:endnote w:type="continuationSeparator" w:id="0">
    <w:p w14:paraId="2BE6B80A" w14:textId="77777777" w:rsidR="00CA4990" w:rsidRDefault="00CA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9215" w14:textId="2A3A74F1" w:rsidR="00D81C6A" w:rsidRDefault="00000000">
    <w:pPr>
      <w:pStyle w:val="Jalus"/>
      <w:jc w:val="center"/>
    </w:pPr>
    <w:r>
      <w:rPr>
        <w:sz w:val="16"/>
      </w:rPr>
      <w:t>JÄRSI e-</w:t>
    </w:r>
    <w:proofErr w:type="spellStart"/>
    <w:r>
      <w:rPr>
        <w:sz w:val="16"/>
      </w:rPr>
      <w:t>poe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taganemisavaldus</w:t>
    </w:r>
    <w:proofErr w:type="spellEnd"/>
    <w:r>
      <w:rPr>
        <w:sz w:val="16"/>
      </w:rPr>
      <w:t xml:space="preserve"> | </w:t>
    </w:r>
    <w:r w:rsidR="000C443F">
      <w:rPr>
        <w:sz w:val="16"/>
      </w:rPr>
      <w:t>pildiraamid</w:t>
    </w:r>
    <w:r>
      <w:rPr>
        <w:sz w:val="16"/>
      </w:rPr>
      <w:t>.ee | kontakt@jarsi.ee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D33BC" w14:textId="77777777" w:rsidR="00CA4990" w:rsidRDefault="00CA4990">
      <w:pPr>
        <w:spacing w:after="0" w:line="240" w:lineRule="auto"/>
      </w:pPr>
      <w:r>
        <w:separator/>
      </w:r>
    </w:p>
  </w:footnote>
  <w:footnote w:type="continuationSeparator" w:id="0">
    <w:p w14:paraId="777BA499" w14:textId="77777777" w:rsidR="00CA4990" w:rsidRDefault="00CA4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564704">
    <w:abstractNumId w:val="8"/>
  </w:num>
  <w:num w:numId="2" w16cid:durableId="828787679">
    <w:abstractNumId w:val="6"/>
  </w:num>
  <w:num w:numId="3" w16cid:durableId="1485969617">
    <w:abstractNumId w:val="5"/>
  </w:num>
  <w:num w:numId="4" w16cid:durableId="1213075308">
    <w:abstractNumId w:val="4"/>
  </w:num>
  <w:num w:numId="5" w16cid:durableId="332689359">
    <w:abstractNumId w:val="7"/>
  </w:num>
  <w:num w:numId="6" w16cid:durableId="774326402">
    <w:abstractNumId w:val="3"/>
  </w:num>
  <w:num w:numId="7" w16cid:durableId="738601472">
    <w:abstractNumId w:val="2"/>
  </w:num>
  <w:num w:numId="8" w16cid:durableId="1243250197">
    <w:abstractNumId w:val="1"/>
  </w:num>
  <w:num w:numId="9" w16cid:durableId="188883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3D8"/>
    <w:rsid w:val="0006063C"/>
    <w:rsid w:val="000C443F"/>
    <w:rsid w:val="0015074B"/>
    <w:rsid w:val="0029639D"/>
    <w:rsid w:val="00326F90"/>
    <w:rsid w:val="007A0287"/>
    <w:rsid w:val="00A96806"/>
    <w:rsid w:val="00AA1D8D"/>
    <w:rsid w:val="00B47730"/>
    <w:rsid w:val="00CA4990"/>
    <w:rsid w:val="00CB0664"/>
    <w:rsid w:val="00D81C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741ACB"/>
  <w14:defaultImageDpi w14:val="300"/>
  <w15:docId w15:val="{9A46F263-9B16-48FA-89A0-472D1EA3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pPr>
      <w:spacing w:after="80" w:line="252" w:lineRule="auto"/>
    </w:pPr>
    <w:rPr>
      <w:rFonts w:ascii="Arial" w:eastAsia="Arial" w:hAnsi="Arial"/>
      <w:sz w:val="21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JÄRSI e-poe taganemisavaldus</dc:title>
  <dc:subject>Lepingust taganemise avalduse tüüpvorm</dc:subject>
  <dc:creator>Priit Nargla</dc:creator>
  <cp:keywords/>
  <dc:description/>
  <cp:lastModifiedBy>Priit Nargla</cp:lastModifiedBy>
  <cp:revision>2</cp:revision>
  <dcterms:created xsi:type="dcterms:W3CDTF">2026-06-19T08:22:00Z</dcterms:created>
  <dcterms:modified xsi:type="dcterms:W3CDTF">2026-06-19T08:22:00Z</dcterms:modified>
  <cp:category/>
</cp:coreProperties>
</file>